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29.6.2019 lauantai</w:t>
      </w:r>
    </w:p>
    <w:p>
      <w:pPr>
        <w:pStyle w:val="Heading1"/>
      </w:pPr>
      <w:r>
        <w:t>29.6.2019-14.7.2019</w:t>
      </w:r>
    </w:p>
    <w:p>
      <w:pPr>
        <w:pStyle w:val="Heading2"/>
      </w:pPr>
      <w:r>
        <w:t>15:00-00:00 Koirakiven kesäteatteri / Kaksi kitaraa - Topi Sorsakosken tie Ähtäristä tähtiin</w:t>
      </w:r>
    </w:p>
    <w:p>
      <w:r>
        <w:t>Koirakiven kesäteatteri tuo lavalle Topi Sorsakosken tarinan. ”Kaksi kitaraa – Topi Sorsakosken tie Ähtäristä tähtiin” -musikaalissa soi taiteilija...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