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Saarenpääntie 32, Koirakivi</w:t>
      </w:r>
    </w:p>
    <w:p>
      <w:r>
        <w:t>12.5.2019 sunnuntai</w:t>
      </w:r>
    </w:p>
    <w:p>
      <w:pPr>
        <w:pStyle w:val="Heading1"/>
      </w:pPr>
      <w:r>
        <w:t>12.5.2019 sunnuntai</w:t>
      </w:r>
    </w:p>
    <w:p>
      <w:pPr>
        <w:pStyle w:val="Heading2"/>
      </w:pPr>
      <w:r>
        <w:t>11:30-14:00 Äitienpäivä lounas Saarenpääntilalla</w:t>
      </w:r>
    </w:p>
    <w:p>
      <w:r>
        <w:t>Pöytävaraukset  klo 11:30  ja  klo 14:00  puh. 0400 653 281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