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Woikoski Feeling / WHD Gård, Nurmaankyläntie 90, 52960 Nurmaa</w:t>
      </w:r>
    </w:p>
    <w:p>
      <w:r>
        <w:t>14.6.2019 perjantai</w:t>
      </w:r>
    </w:p>
    <w:p>
      <w:pPr>
        <w:pStyle w:val="Heading1"/>
      </w:pPr>
      <w:r>
        <w:t>14.6.2019-16.6.2019</w:t>
      </w:r>
    </w:p>
    <w:p>
      <w:pPr>
        <w:pStyle w:val="Heading2"/>
      </w:pPr>
      <w:r>
        <w:t>3-tason kouluratsastuskilpailut WHD Hevospalvelukeskuksella</w:t>
      </w:r>
    </w:p>
    <w:p>
      <w:r>
        <w:t>Oy Woikoski Ab järjestää yhteistyössä Woikoski Feelingin matkailupalveluiden kanssa 14.-16.6.2019 3-tason kouluratsastuskilpailut, kilpailuissa on 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