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Kirjokiven Kartano, Rudolf Elvingin tie 109, 47900 Vuohijärvi</w:t>
      </w:r>
    </w:p>
    <w:p>
      <w:r>
        <w:t>12.5.2019 sunnuntai</w:t>
      </w:r>
    </w:p>
    <w:p>
      <w:pPr>
        <w:pStyle w:val="Heading1"/>
      </w:pPr>
      <w:r>
        <w:t>12.5.2019-13.5.2019</w:t>
      </w:r>
    </w:p>
    <w:p>
      <w:pPr>
        <w:pStyle w:val="Heading2"/>
      </w:pPr>
      <w:r>
        <w:t>Äitienpäivälounas Kirjokiven Kartanolla</w:t>
      </w:r>
    </w:p>
    <w:p>
      <w:r>
        <w:t xml:space="preserve">Tule viettämään herkullista äitienpäivää perheesi kanssa Kirjokiven Kartanolle. </w:t>
        <w:br/>
        <w:br/>
        <w:t>12.5.2019 kattaukset klo 12.00 ja 14.30, pöytävaraukset 6.5.2019 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