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8.6.2019 lauantai</w:t>
      </w:r>
    </w:p>
    <w:p>
      <w:pPr>
        <w:pStyle w:val="Heading1"/>
      </w:pPr>
      <w:r>
        <w:t>8.6.2019-11.8.2019</w:t>
      </w:r>
    </w:p>
    <w:p>
      <w:pPr>
        <w:pStyle w:val="Heading2"/>
      </w:pPr>
      <w:r>
        <w:t>Woikosken automuseo</w:t>
      </w:r>
    </w:p>
    <w:p>
      <w:r>
        <w:t>Woikosken automuseo on ainutlaatuinen ja mielenkiintoinen, noin 40 auton upea kokoelma. Voit ihastella museossa mm. Suomen ensimmäistä vetyautoa 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