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Woikosken tehdasmuseo, Virransalmentie 2023, 52920 Voikoski</w:t>
      </w:r>
    </w:p>
    <w:p>
      <w:r>
        <w:t>27.6.2019 torstai</w:t>
      </w:r>
    </w:p>
    <w:p>
      <w:pPr>
        <w:pStyle w:val="Heading1"/>
      </w:pPr>
      <w:r>
        <w:t>27.6.2019-3.8.2019</w:t>
      </w:r>
    </w:p>
    <w:p>
      <w:pPr>
        <w:pStyle w:val="Heading2"/>
      </w:pPr>
      <w:r>
        <w:t>Woikosken tehdasmuseo</w:t>
      </w:r>
    </w:p>
    <w:p>
      <w:r>
        <w:t>Opastetut kierrokset 27.6.-3.8. torstaisin ja lauantaisin klo 14</w:t>
        <w:br/>
        <w:br/>
        <w:br/>
        <w:br/>
        <w:t>Heinäkuussa 2015 avattu Woikosken tehdasmuseo kertoo tehtaan tarinan Vehkalahde...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