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Bar Noste</w:t>
      </w:r>
    </w:p>
    <w:p>
      <w:r>
        <w:t>5.1.2019 lauantai</w:t>
      </w:r>
    </w:p>
    <w:p>
      <w:pPr>
        <w:pStyle w:val="Heading1"/>
      </w:pPr>
      <w:r>
        <w:t>5.1.2019-6.1.2019</w:t>
      </w:r>
    </w:p>
    <w:p>
      <w:pPr>
        <w:pStyle w:val="Heading2"/>
      </w:pPr>
      <w:r>
        <w:t>19:25-01:30 Stand up! - ilta @Bar Noste</w:t>
      </w:r>
    </w:p>
    <w:p>
      <w:r>
        <w:t>Bar Nosteen hersyvä Stand Up - komiikkailta Mäntyharjulla loppiaisaattona.</w:t>
        <w:br/>
        <w:br/>
        <w:br/>
        <w:br/>
        <w:t>Stand up – muusikko Teppo Tuhma joka taustanauhoineen ja kitaroineen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