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1.2.2019 perjantai</w:t>
      </w:r>
    </w:p>
    <w:p>
      <w:pPr>
        <w:pStyle w:val="Heading1"/>
      </w:pPr>
      <w:r>
        <w:t>1.2.2019-3.2.2019</w:t>
      </w:r>
    </w:p>
    <w:p>
      <w:pPr>
        <w:pStyle w:val="Heading2"/>
      </w:pPr>
      <w:r>
        <w:t>Keskeneräiset tilkkutyöt, kevät, viikonloppukurssi (viim. ilm. 23.1.2019)</w:t>
      </w:r>
    </w:p>
    <w:p>
      <w:r>
        <w:t>Kurssinumero 110436K. Ilmoittautumiset ja lisätiedot osoitteessa https://opistopalvelut.fi/mantyharju/index.php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