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teknisen työn luokka (Sairaalatie 4, Taitotalo)</w:t>
      </w:r>
    </w:p>
    <w:p>
      <w:r>
        <w:t>25.1.2019 perjantai</w:t>
      </w:r>
    </w:p>
    <w:p>
      <w:pPr>
        <w:pStyle w:val="Heading1"/>
      </w:pPr>
      <w:r>
        <w:t>25.1.2019-17.2.2019</w:t>
      </w:r>
    </w:p>
    <w:p>
      <w:pPr>
        <w:pStyle w:val="Heading2"/>
      </w:pPr>
      <w:r>
        <w:t>Tiffany -kurssi, viikonloppukurssi (viim. ilm. 18.1.2019)</w:t>
      </w:r>
    </w:p>
    <w:p>
      <w:r>
        <w:t>Kurssinumero 110310S. Ilmoittautumiset ja lisätiedot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