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Kuvataideluokka (lukio-kansalaisopisto), Kompantie 22</w:t>
      </w:r>
    </w:p>
    <w:p>
      <w:r>
        <w:t>16.2.2019 lauantai</w:t>
      </w:r>
    </w:p>
    <w:p>
      <w:pPr>
        <w:pStyle w:val="Heading1"/>
      </w:pPr>
      <w:r>
        <w:t>16.2.2019-17.2.2019</w:t>
      </w:r>
    </w:p>
    <w:p>
      <w:pPr>
        <w:pStyle w:val="Heading2"/>
      </w:pPr>
      <w:r>
        <w:t>Lasinsulatus, kevät, viikonloppukurssi (viim. ilm. 10.2.2019)</w:t>
      </w:r>
    </w:p>
    <w:p>
      <w:r>
        <w:t>Kurssinumero 110313K. Ilmoittautumiset ja lisätiedot https://opistopalvelut.fi/mantyharju/index.php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