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8.6.2019 lauantai</w:t>
      </w:r>
    </w:p>
    <w:p>
      <w:pPr>
        <w:pStyle w:val="Heading1"/>
      </w:pPr>
      <w:r>
        <w:t>8.6.2019 lauantai</w:t>
      </w:r>
    </w:p>
    <w:p>
      <w:pPr>
        <w:pStyle w:val="Heading2"/>
      </w:pPr>
      <w:r>
        <w:t>13:30-14:15 Salmelan kesän 2019 avajaisjuhla</w:t>
      </w:r>
    </w:p>
    <w:p>
      <w:r>
        <w:t>Salmelan 30-vuotisjuhlakesän viralliset avajaiset</w:t>
        <w:br/>
        <w:br/>
        <w:br/>
        <w:br/>
        <w:t>Tervehdyssanat, toiminnanjohtaja Tuomas Hoikkala</w:t>
        <w:br/>
        <w:br/>
        <w:t>Salmela kulttuurikesän avaus, Kelan pääjohta...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