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17.2.2019 sunnuntai</w:t>
      </w:r>
    </w:p>
    <w:p>
      <w:pPr>
        <w:pStyle w:val="Heading1"/>
      </w:pPr>
      <w:r>
        <w:t>17.2.2019 sunnuntai</w:t>
      </w:r>
    </w:p>
    <w:p>
      <w:pPr>
        <w:pStyle w:val="Heading2"/>
      </w:pPr>
      <w:r>
        <w:t>10:00-16:00 Mäntyharjun Laturetki 25v &amp; Kari Pylkkäsen muistohiihto</w:t>
      </w:r>
    </w:p>
    <w:p>
      <w:r>
        <w:t>klo 10 Kansanlaulukirkko ja kirkkokahvit Kisala</w:t>
        <w:br/>
        <w:br/>
        <w:t>klo 11 Lähtö laturetkelle, hiihtomatkat 6,1 km,12,3km, 15.5 ja 20,4km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