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Halmela, Halmenmiementie 264, 52850 Halmeniemi</w:t>
      </w:r>
    </w:p>
    <w:p>
      <w:r>
        <w:t>23.2.2019 lauantai</w:t>
      </w:r>
    </w:p>
    <w:p>
      <w:pPr>
        <w:pStyle w:val="Heading1"/>
      </w:pPr>
      <w:r>
        <w:t>23.2.2019 lauantai</w:t>
      </w:r>
    </w:p>
    <w:p>
      <w:pPr>
        <w:pStyle w:val="Heading2"/>
      </w:pPr>
      <w:r>
        <w:t>15:00-21:00 Koko perheen Pelipäivä</w:t>
      </w:r>
    </w:p>
    <w:p>
      <w:r>
        <w:t>Koko perheelle sopiva perinteinen lauta- ja pöytäpelipäivä. Peleinä mm. biljardi, korona, shakki, fortuna, kimble, palapelit, korttipelit, tikka, d...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