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11.8.2019 sunnuntai</w:t>
      </w:r>
    </w:p>
    <w:p>
      <w:pPr>
        <w:pStyle w:val="Heading1"/>
      </w:pPr>
      <w:r>
        <w:t>11.8.2019 sunnuntai</w:t>
      </w:r>
    </w:p>
    <w:p>
      <w:pPr>
        <w:pStyle w:val="Heading2"/>
      </w:pPr>
      <w:r>
        <w:t>14:00-15:00 Harmonikkakonsertti 11.8. klo 14, Mäntyharjun nuorisoseurantalo</w:t>
      </w:r>
    </w:p>
    <w:p>
      <w:r>
        <w:t>Harmonikkataiteilijat Katariina ja Sofia Ahjoniemi pitävät mukaansatempaavan konsertin. Viime vuonna liput myytiin loppuun etuajassa. Tänä vuonna o...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