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Vanosen kesätori, Halmeniementie 999, 52850 Halmeniemi</w:t>
      </w:r>
    </w:p>
    <w:p>
      <w:r>
        <w:t>15.6.2019 lauantai</w:t>
      </w:r>
    </w:p>
    <w:p>
      <w:pPr>
        <w:pStyle w:val="Heading1"/>
      </w:pPr>
      <w:r>
        <w:t>15.6.2019-17.8.2019</w:t>
      </w:r>
    </w:p>
    <w:p>
      <w:pPr>
        <w:pStyle w:val="Heading2"/>
      </w:pPr>
      <w:r>
        <w:t>11:00-13:00 Vanosen kesätori</w:t>
      </w:r>
    </w:p>
    <w:p>
      <w:r>
        <w:t>Kahvio, torilla myynnissä leivonnaisia, leipää, vihanneksia, käsitöitä ym. Juhannusviikolla tori avoinna poikkeuksellisesti juhannusaattona pe.21.0...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