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27.3.2019 keskiviikko</w:t>
      </w:r>
    </w:p>
    <w:p>
      <w:pPr>
        <w:pStyle w:val="Heading1"/>
      </w:pPr>
      <w:r>
        <w:t>27.3.2019 keskiviikko</w:t>
      </w:r>
    </w:p>
    <w:p>
      <w:pPr>
        <w:pStyle w:val="Heading2"/>
      </w:pPr>
      <w:r>
        <w:t>18:00-20:00 Mäntyharjun kunnan mestaruussprinttihiihdot</w:t>
      </w:r>
    </w:p>
    <w:p>
      <w:r>
        <w:t>Mäntyharjun kunnan mestaruussprinttihiihdot  ke 27.3. klo 18 alkaen urheilualueella.</w:t>
        <w:br/>
        <w:br/>
        <w:t>•</w:t>
        <w:tab/>
        <w:t>Hiihtotapa vapaa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