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Hinkkuri Highland ~ Hiekkaharjuntie 13 ~</w:t>
      </w:r>
    </w:p>
    <w:p>
      <w:r>
        <w:t>9.6.2019 sunnuntai</w:t>
      </w:r>
    </w:p>
    <w:p>
      <w:pPr>
        <w:pStyle w:val="Heading1"/>
      </w:pPr>
      <w:r>
        <w:t>9.6.2019 sunnuntai</w:t>
      </w:r>
    </w:p>
    <w:p>
      <w:pPr>
        <w:pStyle w:val="Heading2"/>
      </w:pPr>
      <w:r>
        <w:t>12:00-16:00 AVOIMET OVET Ylämaankarjatilalla</w:t>
      </w:r>
    </w:p>
    <w:p>
      <w:r>
        <w:t>Sunnuntaina 9.6.2019 Hinkkuri Highland avaa ovensa kuluttajille, kasvattajille ja muille pihvilihan tuotannosta kiinnostuneille. Perhetilallamme pä...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