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18:00-19:30 Iloa etsimässä ja vähän tarinaa tunteista!</w:t>
      </w:r>
    </w:p>
    <w:p>
      <w:r>
        <w:t>Miten ilo syntyy?  Voiko tunteita lakata aktiivisesti tuntemasta? Millaisia tarinoita tunteista syntyy?</w:t>
        <w:br/>
        <w:br/>
        <w:t>Tule mukaan kuulemaan ja keskustelemaan mi...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