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 Noste</w:t>
      </w:r>
    </w:p>
    <w:p>
      <w:r>
        <w:t>6.7.2019 lauantai</w:t>
      </w:r>
    </w:p>
    <w:p>
      <w:pPr>
        <w:pStyle w:val="Heading1"/>
      </w:pPr>
      <w:r>
        <w:t>6.7.2019-7.7.2019</w:t>
      </w:r>
    </w:p>
    <w:p>
      <w:pPr>
        <w:pStyle w:val="Heading2"/>
      </w:pPr>
      <w:r>
        <w:t>22:00-02:00 Nostalgiabändi Munshine @Bar Noste</w:t>
      </w:r>
    </w:p>
    <w:p>
      <w:r>
        <w:t>Nostalgiabändi Munshine palaa Mäntyharjulle!</w:t>
        <w:br/>
        <w:br/>
        <w:br/>
        <w:br/>
        <w:t>Bändissä MunShine soittavat Jorma Kamaja (kitara), Hannu Lopperi (basso), Kari Puhakka (kitara), Ve...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