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Halmeniemen urheilukenttä, Halmeniementie 264, 52850 Halmeniemi</w:t>
      </w:r>
    </w:p>
    <w:p>
      <w:r>
        <w:t>27.7.2019 lauantai</w:t>
      </w:r>
    </w:p>
    <w:p>
      <w:pPr>
        <w:pStyle w:val="Heading1"/>
      </w:pPr>
      <w:r>
        <w:t>27.7.2019 lauantai</w:t>
      </w:r>
    </w:p>
    <w:p>
      <w:pPr>
        <w:pStyle w:val="Heading2"/>
      </w:pPr>
      <w:r>
        <w:t>14:00-17:00 JOUSIAMMUNTAA HALMENIEMELLÄ, KOKO PERHEEN TAPAHTUMA!</w:t>
      </w:r>
    </w:p>
    <w:p>
      <w:r>
        <w:t>Halmenniemen täysimittaisella urheilukentällä Mikkelin Jousiampujat ry ammuttaa ja opastaa jousiammuntaa kaikille siitä kiinnostuneille, myös metsä...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