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Kahvila Wanha Kauppa, Pertunmaantie 1354</w:t>
      </w:r>
    </w:p>
    <w:p>
      <w:r>
        <w:t>27.7.2019 lauantai</w:t>
      </w:r>
    </w:p>
    <w:p>
      <w:pPr>
        <w:pStyle w:val="Heading1"/>
      </w:pPr>
      <w:r>
        <w:t>27.7.2019 lauantai</w:t>
      </w:r>
    </w:p>
    <w:p>
      <w:pPr>
        <w:pStyle w:val="Heading2"/>
      </w:pPr>
      <w:r>
        <w:t>11:00-15:00 Toivolan kylän kesäkahvila Wanha Kauppa</w:t>
      </w:r>
    </w:p>
    <w:p>
      <w:r>
        <w:t>TERVETULOA  TÄNÄKIN KESÄNÄ KESÄVIIKONLOPPUISIN</w:t>
        <w:br/>
        <w:br/>
        <w:t>TOIVOLAN KYLÄN KESÄKAHVILA WANHAAN KAUPPAAN.</w:t>
        <w:br/>
        <w:br/>
        <w:t>SIELLÄ ON TARJOLLA ERINOMAISTA KAHVIA JA MAITTAVIA LE...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