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29.7.2019 maanantai</w:t>
      </w:r>
    </w:p>
    <w:p>
      <w:pPr>
        <w:pStyle w:val="Heading1"/>
      </w:pPr>
      <w:r>
        <w:t>29.7.2019 maanantai</w:t>
      </w:r>
    </w:p>
    <w:p>
      <w:pPr>
        <w:pStyle w:val="Heading2"/>
      </w:pPr>
      <w:r>
        <w:t>13:00-14:00 Tule tutustumaan OP:n sähköisiin pankkipalveluihin kirjastolle!</w:t>
      </w:r>
    </w:p>
    <w:p>
      <w:r>
        <w:t xml:space="preserve">OP-Suur Savo pitää tietoiskutilaisuuden sähköisistä palveluistaan kunnankirjastolla maanantaina 29.7. klo 13-14. Vapaa pääsy, kahvitarjoilu.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