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Vierulan tila</w:t>
      </w:r>
    </w:p>
    <w:p>
      <w:r>
        <w:t>28.6.2019 perjantai</w:t>
      </w:r>
    </w:p>
    <w:p>
      <w:pPr>
        <w:pStyle w:val="Heading1"/>
      </w:pPr>
      <w:r>
        <w:t>28.6.2019 perjantai</w:t>
      </w:r>
    </w:p>
    <w:p>
      <w:pPr>
        <w:pStyle w:val="Heading2"/>
      </w:pPr>
      <w:r>
        <w:t>18:30-23:00 Vierulan Pop-Up Ravintolan Burgeri-ilta feat. Konsta Hietanen ( LIPUT VAIN ENNAKKOON)</w:t>
      </w:r>
    </w:p>
    <w:p>
      <w:r>
        <w:t>Marjakausi 2019 polkaistaan oikein vauhdilla käyntiin kun Vierulan Pop Up-ravintola avaa ovensa Burgeri-illalla perjantaina 28.6.2019 klo 18.30. Ka...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