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14.9.2019 lauantai</w:t>
      </w:r>
    </w:p>
    <w:p>
      <w:pPr>
        <w:pStyle w:val="Heading1"/>
      </w:pPr>
      <w:r>
        <w:t>14.9.2019 lauantai</w:t>
      </w:r>
    </w:p>
    <w:p>
      <w:pPr>
        <w:pStyle w:val="Heading2"/>
      </w:pPr>
      <w:r>
        <w:t>10:00-23:59 MRM 2019 Polkujuoksutapahtuma Mäntyharju-Repovesi reitillä</w:t>
      </w:r>
    </w:p>
    <w:p>
      <w:r>
        <w:t>MRM Polkujuoksu 14.9.2019</w:t>
        <w:br/>
        <w:br/>
        <w:t>Tervetuloa juoksemaan Suomen kauneimmaksi äänestetylle reitille Mäntyharjusta Repovedelle ja takaisin. Matkat 14km, n. 4...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