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Linkkumylly, Mouhuntie 647, 52700 Mäntyharju</w:t>
      </w:r>
    </w:p>
    <w:p>
      <w:r>
        <w:t>1.6.2019 lauantai</w:t>
      </w:r>
    </w:p>
    <w:p>
      <w:pPr>
        <w:pStyle w:val="Heading1"/>
      </w:pPr>
      <w:r>
        <w:t>1.6.2019-31.8.2019</w:t>
      </w:r>
    </w:p>
    <w:p>
      <w:pPr>
        <w:pStyle w:val="Heading2"/>
      </w:pPr>
      <w:r>
        <w:t>RYHMILLE TILAUKSESTA Herkkuhetkiä ja silmän ruokaa -valokuvanäyttely</w:t>
      </w:r>
    </w:p>
    <w:p>
      <w:r>
        <w:t>Ryhmille ennakkovaruksella. Leila Jaskasen visuaalisia reseptejä valokuvin.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