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Kotigalleria Kuusela, Kirkkotie 9, 52700 Mäntyharju</w:t>
      </w:r>
    </w:p>
    <w:p>
      <w:r>
        <w:t>1.7.2019 maanantai</w:t>
      </w:r>
    </w:p>
    <w:p>
      <w:pPr>
        <w:pStyle w:val="Heading1"/>
      </w:pPr>
      <w:r>
        <w:t>1.7.2019-31.7.2019</w:t>
      </w:r>
    </w:p>
    <w:p>
      <w:pPr>
        <w:pStyle w:val="Heading2"/>
      </w:pPr>
      <w:r>
        <w:t>13:00-18:00 Kotigalleria Kuusela</w:t>
      </w:r>
    </w:p>
    <w:p>
      <w:r>
        <w:t>Kotigalleria Kuuselassa on esillä paikallista taidetta, keramiikkaa, käsitöitä ja talon peruskorjausprojektista tehty näyttely. Tunnelmallisessa ka...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