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Kompantien Populus -luokka, Kompantie 22</w:t>
      </w:r>
    </w:p>
    <w:p>
      <w:r>
        <w:t>9.10.2019 keskiviikko</w:t>
      </w:r>
    </w:p>
    <w:p>
      <w:pPr>
        <w:pStyle w:val="Heading1"/>
      </w:pPr>
      <w:r>
        <w:t>9.10.2019-16.10.2019</w:t>
      </w:r>
    </w:p>
    <w:p>
      <w:pPr>
        <w:pStyle w:val="Heading2"/>
      </w:pPr>
      <w:r>
        <w:t>18:00-20:30 Järjestöohjaajan koulutus, lyhytkurssi, kaksi iltaa (viim. ilm. 2.10.2019)</w:t>
      </w:r>
    </w:p>
    <w:p>
      <w:r>
        <w:t>Kurssinumero 329802S.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