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11.10.2019 perjantai</w:t>
      </w:r>
    </w:p>
    <w:p>
      <w:pPr>
        <w:pStyle w:val="Heading1"/>
      </w:pPr>
      <w:r>
        <w:t>11.10.2019-13.10.2019</w:t>
      </w:r>
    </w:p>
    <w:p>
      <w:pPr>
        <w:pStyle w:val="Heading2"/>
      </w:pPr>
      <w:r>
        <w:t>17:00-16:00 Vanhasta uutta, turhasta toimivaa, syksyn viikonloppukurssi (viim. ilm. 4.10.2019)</w:t>
      </w:r>
    </w:p>
    <w:p>
      <w:r>
        <w:t>Kurssinumero 110409S. Lisätiedot ja ilmoittautuminen opistopalvelut.fi/mantyharju/index.php</w:t>
        <w:br/>
        <w:br/>
        <w:t>Ilmoittautuminen alkaa 27.6.2019 klo 12.30.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