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Miekankosken kahvila, Miekankoskentie 942</w:t>
      </w:r>
    </w:p>
    <w:p>
      <w:r>
        <w:t>17.8.2019 lauantai</w:t>
      </w:r>
    </w:p>
    <w:p>
      <w:pPr>
        <w:pStyle w:val="Heading1"/>
      </w:pPr>
      <w:r>
        <w:t>17.8.2019-18.8.2019</w:t>
      </w:r>
    </w:p>
    <w:p>
      <w:pPr>
        <w:pStyle w:val="Heading2"/>
      </w:pPr>
      <w:r>
        <w:t>09:00-14:30 Syksyn akvarellikurssi, viikonloppukurssi 2019 (viim. ilm. 9.8.2019)</w:t>
      </w:r>
    </w:p>
    <w:p>
      <w:r>
        <w:t>Kurssinumero 110304S. Lisätiedot ja ilmoittautuminen opistopalvelut.fi/mantyharju/index.php</w:t>
        <w:br/>
        <w:br/>
        <w:t>Ilmoittautuminen alkaa 27.6.2019 klo 12.30.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