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kansalaisopisto</w:t>
      </w:r>
    </w:p>
    <w:p>
      <w:r>
        <w:t>26.8.2019 maanantai</w:t>
      </w:r>
    </w:p>
    <w:p>
      <w:pPr>
        <w:pStyle w:val="Heading1"/>
      </w:pPr>
      <w:r>
        <w:t>26.8.2019-28.11.2019</w:t>
      </w:r>
    </w:p>
    <w:p>
      <w:pPr>
        <w:pStyle w:val="Heading2"/>
      </w:pPr>
      <w:r>
        <w:t>09:00-23:00 Tutustu espanjan alkeisiin -lyhytkurssi, verkkokurssi (viim. ilm. 19.8.2019)</w:t>
      </w:r>
    </w:p>
    <w:p>
      <w:r>
        <w:t>Kurssinumero 120701S. Lisätiedot ja ilmoittautuminen opistopalvelut.fi/mantyharju/index.php</w:t>
        <w:br/>
        <w:br/>
        <w:t>Ilmoittautuminen alkaa 27.6.2019 klo 12.30.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