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31.8.2019 lauantai</w:t>
      </w:r>
    </w:p>
    <w:p>
      <w:pPr>
        <w:pStyle w:val="Heading1"/>
      </w:pPr>
      <w:r>
        <w:t>31.8.2019 lauantai</w:t>
      </w:r>
    </w:p>
    <w:p>
      <w:pPr>
        <w:pStyle w:val="Heading2"/>
      </w:pPr>
      <w:r>
        <w:t>10:00-14:00 Luonto-mandala -kuvataidekurssi (viim. ilm. 22.8.2019)</w:t>
      </w:r>
    </w:p>
    <w:p>
      <w:r>
        <w:t>Kurssinumero 110303S. Lisätiedot ja ilmoittautuminen opistopalvelut.fi/mantyharju/index.php</w:t>
        <w:br/>
        <w:br/>
        <w:t>Ilmoittautuminen alkaa 27.6.2019 klo 12.30.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