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Iso-Pappila, Iso-Pappilantie 2</w:t>
      </w:r>
    </w:p>
    <w:p>
      <w:r>
        <w:t>19.9.2019 torstai</w:t>
      </w:r>
    </w:p>
    <w:p>
      <w:pPr>
        <w:pStyle w:val="Heading1"/>
      </w:pPr>
      <w:r>
        <w:t>19.9.2019 torstai</w:t>
      </w:r>
    </w:p>
    <w:p>
      <w:pPr>
        <w:pStyle w:val="Heading2"/>
      </w:pPr>
      <w:r>
        <w:t>17:00-20:15 Vapaaehtoisen pelastuspalvelun peruskurssi, lyhytkurssi (viim. ilm. 12.9.2019)</w:t>
      </w:r>
    </w:p>
    <w:p>
      <w:r>
        <w:t>Kurssinumero 830203S. Lisätiedot ja ilmoittautuminen opistopalvelut.fi/mantyharju/index.php</w:t>
        <w:br/>
        <w:br/>
        <w:t>Ilmoittautuminen alkaa 27.6.2019 klo 12.30.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