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Kompantien Populus -luokka, Kompantie 22</w:t>
      </w:r>
    </w:p>
    <w:p>
      <w:r>
        <w:t>24.9.2019 tiistai</w:t>
      </w:r>
    </w:p>
    <w:p>
      <w:pPr>
        <w:pStyle w:val="Heading1"/>
      </w:pPr>
      <w:r>
        <w:t>24.9.2019 tiistai</w:t>
      </w:r>
    </w:p>
    <w:p>
      <w:pPr>
        <w:pStyle w:val="Heading2"/>
      </w:pPr>
      <w:r>
        <w:t>17:00-19:25 Lintuharrastuksen aloitus -lyhytkurssi, yksi ilta</w:t>
      </w:r>
    </w:p>
    <w:p>
      <w:r>
        <w:t>Kurssinumero 410201S.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