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Haimintie 10, 52700 Mäntyharju</w:t>
      </w:r>
    </w:p>
    <w:p>
      <w:r>
        <w:t>18.5.2019 lauantai</w:t>
      </w:r>
    </w:p>
    <w:p>
      <w:pPr>
        <w:pStyle w:val="Heading1"/>
      </w:pPr>
      <w:r>
        <w:t>18.5.2019 lauantai</w:t>
      </w:r>
    </w:p>
    <w:p>
      <w:pPr>
        <w:pStyle w:val="Heading2"/>
      </w:pPr>
      <w:r>
        <w:t>13:00-15:00 Haimin hölkkä, kuntoilutapahtuma</w:t>
      </w:r>
    </w:p>
    <w:p>
      <w:r>
        <w:t>Avoin kuntoilutapahtuma, Haimin hölkkä. Sarjoja kaiken ikäisille sekä matkat iän mukaan, koko Kalettoman lenkki noin 6 km. Myös kuntosarja.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