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Hartola Golf</w:t>
      </w:r>
    </w:p>
    <w:p>
      <w:r>
        <w:t>3.7.2019 keskiviikko</w:t>
      </w:r>
    </w:p>
    <w:p>
      <w:pPr>
        <w:pStyle w:val="Heading1"/>
      </w:pPr>
      <w:r>
        <w:t>3.7.2019 keskiviikko</w:t>
      </w:r>
    </w:p>
    <w:p>
      <w:pPr>
        <w:pStyle w:val="Heading2"/>
      </w:pPr>
      <w:r>
        <w:t>10:00-15:00 Vola-Open</w:t>
      </w:r>
    </w:p>
    <w:p>
      <w:r>
        <w:t>Keskikesän golfkilpailu Hartolan golfkentällä, jossa ratkotaan Mäntyharjun ja Pertunmaan golfmestaruudet. Pelimuoto Lp Hcp. Ilmoittautumiset 1.7. 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