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15.9.2019 sunnuntai</w:t>
      </w:r>
    </w:p>
    <w:p>
      <w:pPr>
        <w:pStyle w:val="Heading1"/>
      </w:pPr>
      <w:r>
        <w:t>15.9.2019 sunnuntai</w:t>
      </w:r>
    </w:p>
    <w:p>
      <w:pPr>
        <w:pStyle w:val="Heading2"/>
      </w:pPr>
      <w:r>
        <w:t>17:00-19:15 Muistelo-orkesterin juonellinen viihdekonsertti</w:t>
      </w:r>
    </w:p>
    <w:p>
      <w:r>
        <w:t>Muistelo-orkesterin  juonellinen viihdekonsertti \\\"Veikko Lavi, laulut ja elämä\\\"</w:t>
        <w:br/>
        <w:br/>
        <w:t xml:space="preserve">Mäntyharjun Kulttuurisalissa sunnuntaina 15.9. klo 17.00.  </w:t>
        <w:br/>
        <w:br/>
        <w:t>Liput...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