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24.9.2019 tiistai</w:t>
      </w:r>
    </w:p>
    <w:p>
      <w:pPr>
        <w:pStyle w:val="Heading1"/>
      </w:pPr>
      <w:r>
        <w:t>24.9.2019 tiistai</w:t>
      </w:r>
    </w:p>
    <w:p>
      <w:pPr>
        <w:pStyle w:val="Heading2"/>
      </w:pPr>
      <w:r>
        <w:t>19:00-20:00 Tjango! -kansanmusiikkikiertueella</w:t>
      </w:r>
    </w:p>
    <w:p>
      <w:r>
        <w:t>Etno, klassinen ja jazz sekoittuvat upeasti Tjango!n käsittelyssä!</w:t>
        <w:br/>
        <w:br/>
        <w:t>Tjango! on akustinen folkjazz-yhtye, joka musiikissaan yhdistelee gypsy swingiä...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