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10.7.2019 keskiviikko</w:t>
      </w:r>
    </w:p>
    <w:p>
      <w:pPr>
        <w:pStyle w:val="Heading1"/>
      </w:pPr>
      <w:r>
        <w:t>10.7.2019 keskiviikko</w:t>
      </w:r>
    </w:p>
    <w:p>
      <w:pPr>
        <w:pStyle w:val="Heading2"/>
      </w:pPr>
      <w:r>
        <w:t>10:00-13:00 Kuntataitelijan POP-up taidepaja torilla</w:t>
      </w:r>
    </w:p>
    <w:p>
      <w:r>
        <w:t>Kuntataiteilijan POP-up taidepajat keskiviikkoisin aamupäivällä 3.7 10.7., 17.7. ja 24.7.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