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4.6.2019 tiistai</w:t>
      </w:r>
    </w:p>
    <w:p>
      <w:pPr>
        <w:pStyle w:val="Heading1"/>
      </w:pPr>
      <w:r>
        <w:t>4.6.2019 tiistai</w:t>
      </w:r>
    </w:p>
    <w:p>
      <w:pPr>
        <w:pStyle w:val="Heading2"/>
      </w:pPr>
      <w:r>
        <w:t>19:00-21:00 Tuntematon Sotilas -monologi</w:t>
      </w:r>
    </w:p>
    <w:p>
      <w:r>
        <w:t>Itsenäisyyspäivän aattona vuonna 2016 sai Mikkelin Teatterissa suurella näyttämöllä ensi-iltansa Samuli Reunasen ohjaama ja Janne Kyyhkysen (FIA) 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