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11.9.2019 keskiviikko</w:t>
      </w:r>
    </w:p>
    <w:p>
      <w:pPr>
        <w:pStyle w:val="Heading1"/>
      </w:pPr>
      <w:r>
        <w:t>11.9.2019 keskiviikko</w:t>
      </w:r>
    </w:p>
    <w:p>
      <w:pPr>
        <w:pStyle w:val="Heading2"/>
      </w:pPr>
      <w:r>
        <w:t>10:00-14:00 Ikäihmisten messut</w:t>
      </w:r>
    </w:p>
    <w:p>
      <w:r>
        <w:t>Ikäihmisten messut järjestetään Mäntyharjussa jo kolmatta kertaa. Odotamme tänäkin vuonna yli 800 kävijää ja noin neljääkymmentä näytteilleasettajaa.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