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09:30-11:30 Polaria Padel - ja tenniskentän avajaiset</w:t>
      </w:r>
    </w:p>
    <w:p>
      <w:r>
        <w:t>Avajaisten ohjelma</w:t>
        <w:br/>
        <w:br/>
        <w:br/>
        <w:br/>
        <w:t>klo 9.30 Puheenvuoro: Polarian toimitusjohtaja Timo Karhula, Mäntyharjun kunnanjohtaja Jukka Ollikainen, padel-aktiivi Tiia 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