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~ Hiekkaharjuntie 13 ~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12:00-17:00 TOUHUPÄIVÄ Ylämaankarjatilalla</w:t>
      </w:r>
    </w:p>
    <w:p>
      <w:r>
        <w:t xml:space="preserve">Tutustuminen ylämaan nautoihin, ankkoihin ja kaneihin sekä ruokinta! </w:t>
        <w:br/>
        <w:br/>
        <w:t xml:space="preserve">Ohjattu metsäretki, jalkineet kävelyyn – matka noin 1 km / suunta. </w:t>
        <w:br/>
        <w:br/>
        <w:t>Haikkus...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