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Bar Noste</w:t>
      </w:r>
    </w:p>
    <w:p>
      <w:r>
        <w:t>8.6.2019 lauantai</w:t>
      </w:r>
    </w:p>
    <w:p>
      <w:pPr>
        <w:pStyle w:val="Heading1"/>
      </w:pPr>
      <w:r>
        <w:t>8.6.2019-9.6.2019</w:t>
      </w:r>
    </w:p>
    <w:p>
      <w:pPr>
        <w:pStyle w:val="Heading2"/>
      </w:pPr>
      <w:r>
        <w:t>22:00-00:30 Duo Korjamo &amp; Rastas Nosteessa</w:t>
      </w:r>
    </w:p>
    <w:p>
      <w:r>
        <w:t>Uusi mäntyharjulaisduo suorittaa ensiesiintymisensä, kun Kari Korjamo (laulu) ja Juha Rastas saapuvat \"treenikeikalle\" Bar Nosteeseen.</w:t>
        <w:br/>
        <w:br/>
        <w:br/>
        <w:br/>
        <w:t>Luvassa o...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