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12:00-23:55 Tommolansalmen saunapäivä - ilmaiseksi saunomaan</w:t>
      </w:r>
    </w:p>
    <w:p>
      <w:r>
        <w:t>Saunapäivä on Ylen organisoima tapahtumakonsepti, jonka tarkoitus on houkutella paikalliset sekä vapaa-ajan asukkaat sekä kaikki suomalaisesta saun...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