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16.7.2019 tiistai</w:t>
      </w:r>
    </w:p>
    <w:p>
      <w:pPr>
        <w:pStyle w:val="Heading1"/>
      </w:pPr>
      <w:r>
        <w:t>16.7.2019 tiistai</w:t>
      </w:r>
    </w:p>
    <w:p>
      <w:pPr>
        <w:pStyle w:val="Heading2"/>
      </w:pPr>
      <w:r>
        <w:t>18:00-19:00 Kesäjumppa: Zumba</w:t>
      </w:r>
    </w:p>
    <w:p>
      <w:r>
        <w:t>Kertamaksu: 5 €/jäsen tai 8 €/muut</w:t>
        <w:br/>
        <w:br/>
        <w:t>10 -kortti: 45 €</w:t>
        <w:br/>
        <w:br/>
        <w:br/>
        <w:br/>
        <w:t>Smartum, ePassi, Eazybreak</w:t>
        <w:br/>
        <w:br/>
        <w:br/>
        <w:br/>
        <w:t>Ohjaajana Tiia Lahti</w:t>
        <w:br/>
        <w:br/>
        <w:br/>
        <w:br/>
        <w:t>Facebook: Mäntyharjun Virkistys</w:t>
        <w:br/>
        <w:br/>
        <w:t>Inst...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