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30.7.2019 tiistai</w:t>
      </w:r>
    </w:p>
    <w:p>
      <w:pPr>
        <w:pStyle w:val="Heading1"/>
      </w:pPr>
      <w:r>
        <w:t>30.7.2019 tiistai</w:t>
      </w:r>
    </w:p>
    <w:p>
      <w:pPr>
        <w:pStyle w:val="Heading2"/>
      </w:pPr>
      <w:r>
        <w:t>18:00-19:00 Kesäjumppa: Zumba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Tiia Lahti</w:t>
        <w:br/>
        <w:br/>
        <w:br/>
        <w:br/>
        <w:t>Facebook: Mäntyharjun Virkistys</w:t>
        <w:br/>
        <w:br/>
        <w:t>Inst...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