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Vanosen  rukoushuone,Halmeniementie 839,Mäntyharju</w:t>
      </w:r>
    </w:p>
    <w:p>
      <w:r>
        <w:t>26.6.2019 keskiviikko</w:t>
      </w:r>
    </w:p>
    <w:p>
      <w:pPr>
        <w:pStyle w:val="Heading1"/>
      </w:pPr>
      <w:r>
        <w:t>26.6.2019 keskiviikko</w:t>
      </w:r>
    </w:p>
    <w:p>
      <w:pPr>
        <w:pStyle w:val="Heading2"/>
      </w:pPr>
      <w:r>
        <w:t>18:00-20:30 Kesäkonsertti Vanosen rukoushuoneella, Halmeniementie 839,Mäntyharju</w:t>
      </w:r>
    </w:p>
    <w:p>
      <w:r>
        <w:t>Mäntyharjulaisia musiikintaitajia,Mika Mattila, Lotta Kauppinen, Veijo Louhivuori,Ilkka Matikka, Anne Koskivirta, Veikko Kuparinen,Juhani Niskanen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