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Kissakosken tehdas</w:t>
      </w:r>
    </w:p>
    <w:p>
      <w:r>
        <w:t>3.7.2019 keskiviikko</w:t>
      </w:r>
    </w:p>
    <w:p>
      <w:pPr>
        <w:pStyle w:val="Heading1"/>
      </w:pPr>
      <w:r>
        <w:t>3.7.2019-7.7.2019</w:t>
      </w:r>
    </w:p>
    <w:p>
      <w:pPr>
        <w:pStyle w:val="Heading2"/>
      </w:pPr>
      <w:r>
        <w:t>10:00-17:00 Tervetuloa tutustumaan Kissakosken sähkömuseoon 3.-7.7.2019</w:t>
      </w:r>
    </w:p>
    <w:p>
      <w:r>
        <w:t>Lumme Energia sai pitkästä aikaa mahdollisuuden avata Kissakosken sähkönäyttelyn ovet. Tämä ainutlaatuinen tilaisuus on 3.-7.7.2019. Aukioloajat ov...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