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OrilammenMaja Voikoskentie 138</w:t>
      </w:r>
    </w:p>
    <w:p>
      <w:r>
        <w:t>19.10.2019 lauantai</w:t>
      </w:r>
    </w:p>
    <w:p>
      <w:pPr>
        <w:pStyle w:val="Heading1"/>
      </w:pPr>
      <w:r>
        <w:t>19.10.2019 lauantai</w:t>
      </w:r>
    </w:p>
    <w:p>
      <w:pPr>
        <w:pStyle w:val="Heading2"/>
      </w:pPr>
      <w:r>
        <w:t>12:00-15:00 Syysretki Repovedelle</w:t>
      </w:r>
    </w:p>
    <w:p>
      <w:r>
        <w:t>Syysretki Repovedelle Reporeitin  avajaisiin. Orilammen majalta lähiretkeilyä 5 ja 10km ja maastopyöräilyä 20 ja 40 km.  Säävarustus, oma...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