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10.12.2019 tiistai</w:t>
      </w:r>
    </w:p>
    <w:p>
      <w:pPr>
        <w:pStyle w:val="Heading1"/>
      </w:pPr>
      <w:r>
        <w:t>10.12.2019 tiistai</w:t>
      </w:r>
    </w:p>
    <w:p>
      <w:pPr>
        <w:pStyle w:val="Heading2"/>
      </w:pPr>
      <w:r>
        <w:t>18:00-19:15 VILDÁ</w:t>
      </w:r>
    </w:p>
    <w:p>
      <w:r>
        <w:t>Liput ovelta 8 € (käteinen/kortti/smartum)</w:t>
        <w:br/>
        <w:br/>
        <w:br/>
        <w:br/>
        <w:t>VILDÁn musiikki on uniikki yhdistelmä mystisiä joikuja, svengaavia rytmejä ja improvisaatiota. Vaikut...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